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B91C1C"/>
          <w:sz w:val="22"/>
        </w:rPr>
        <w:t>PMI KABUPATEN KARAWANG</w:t>
        <w:br/>
      </w:r>
      <w:r>
        <w:rPr>
          <w:b/>
          <w:sz w:val="26"/>
        </w:rPr>
        <w:t>FORMULIR DAFTAR NAMA ANGGOTA (ROSTER) TEAM PMR</w:t>
        <w:br/>
      </w:r>
      <w:r>
        <w:rPr>
          <w:color w:val="64748B"/>
          <w:sz w:val="20"/>
        </w:rPr>
        <w:t>JUMBARA &amp; LOMBA PMR TINGKAT PROVINSI 2026</w:t>
        <w:br/>
      </w:r>
    </w:p>
    <w:p>
      <w:pPr>
        <w:spacing w:after="240"/>
        <w:pBdr>
          <w:bottom w:val="single" w:sz="12" w:space="1" w:color="DC2626"/>
        </w:pBdr>
      </w:pPr>
    </w:p>
    <w:p>
      <w:pPr>
        <w:spacing w:after="160"/>
      </w:pPr>
      <w:r>
        <w:rPr>
          <w:b/>
          <w:color w:val="B91C1C"/>
          <w:sz w:val="19"/>
        </w:rPr>
        <w:t>PETUNJUK PENGISIAN:</w:t>
        <w:br/>
      </w:r>
      <w:r>
        <w:rPr>
          <w:color w:val="475569"/>
          <w:sz w:val="18"/>
        </w:rPr>
        <w:t>1. Isi tabel sesuai data anggota yang akan bertanding (Team PA = Putra, Team PI = Putri).</w:t>
        <w:br/>
        <w:t>2. Kolom 'Peran' dapat diisi: Ketua, Anggota, atau Cadangan.</w:t>
        <w:br/>
        <w:t>3. Anda dapat menambah atau mengurangi baris tabel sesuai jumlah anggota kontingen.</w:t>
        <w:br/>
        <w:t>4. Simpan file ini dalam format .docx dan upload pada formulir pendaftaran online.</w:t>
      </w:r>
    </w:p>
    <w:p>
      <w:pPr>
        <w:spacing w:after="120"/>
      </w:pPr>
    </w:p>
    <w:p>
      <w:pPr>
        <w:spacing w:after="80"/>
      </w:pPr>
      <w:r>
        <w:rPr>
          <w:b/>
          <w:color w:val="2563EB"/>
          <w:sz w:val="22"/>
        </w:rPr>
        <w:t>A. DAFTAR ANGGOTA TEAM PUTRA (PA)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1"/>
        <w:gridCol w:w="2401"/>
        <w:gridCol w:w="2401"/>
        <w:gridCol w:w="2401"/>
      </w:tblGrid>
      <w:tr>
        <w:tc>
          <w:tcPr>
            <w:tcW w:type="dxa" w:w="864"/>
            <w:shd w:fill="2563EB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No</w:t>
            </w:r>
          </w:p>
        </w:tc>
        <w:tc>
          <w:tcPr>
            <w:tcW w:type="dxa" w:w="4032"/>
            <w:shd w:fill="2563EB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Nama Lengkap Anggota</w:t>
            </w:r>
          </w:p>
        </w:tc>
        <w:tc>
          <w:tcPr>
            <w:tcW w:type="dxa" w:w="2304"/>
            <w:shd w:fill="2563EB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NISN / No. Induk</w:t>
            </w:r>
          </w:p>
        </w:tc>
        <w:tc>
          <w:tcPr>
            <w:tcW w:type="dxa" w:w="2448"/>
            <w:shd w:fill="2563EB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Peran (Ketua/Anggota/Cadangan)</w:t>
            </w:r>
          </w:p>
        </w:tc>
      </w:tr>
      <w:tr>
        <w:tc>
          <w:tcPr>
            <w:tcW w:type="dxa" w:w="864"/>
          </w:tcPr>
          <w:p>
            <w:pPr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type="dxa" w:w="4032"/>
          </w:tcPr>
          <w:p>
            <w:r>
              <w:rPr>
                <w:sz w:val="19"/>
              </w:rPr>
            </w:r>
          </w:p>
        </w:tc>
        <w:tc>
          <w:tcPr>
            <w:tcW w:type="dxa" w:w="2304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2448"/>
          </w:tcPr>
          <w:p>
            <w:pPr>
              <w:jc w:val="center"/>
            </w:pPr>
            <w:r>
              <w:rPr>
                <w:sz w:val="19"/>
              </w:rPr>
              <w:t>Ketua</w:t>
            </w:r>
          </w:p>
        </w:tc>
      </w:tr>
      <w:tr>
        <w:tc>
          <w:tcPr>
            <w:tcW w:type="dxa" w:w="864"/>
            <w:shd w:fill="F8FAFC"/>
          </w:tcPr>
          <w:p>
            <w:pPr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type="dxa" w:w="4032"/>
            <w:shd w:fill="F8FAFC"/>
          </w:tcPr>
          <w:p>
            <w:r>
              <w:rPr>
                <w:sz w:val="19"/>
              </w:rPr>
            </w:r>
          </w:p>
        </w:tc>
        <w:tc>
          <w:tcPr>
            <w:tcW w:type="dxa" w:w="2304"/>
            <w:shd w:fill="F8FAFC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2448"/>
            <w:shd w:fill="F8FAFC"/>
          </w:tcPr>
          <w:p>
            <w:pPr>
              <w:jc w:val="center"/>
            </w:pPr>
            <w:r>
              <w:rPr>
                <w:sz w:val="19"/>
              </w:rPr>
              <w:t>Anggota</w:t>
            </w:r>
          </w:p>
        </w:tc>
      </w:tr>
      <w:tr>
        <w:tc>
          <w:tcPr>
            <w:tcW w:type="dxa" w:w="864"/>
          </w:tcPr>
          <w:p>
            <w:pPr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type="dxa" w:w="4032"/>
          </w:tcPr>
          <w:p>
            <w:r>
              <w:rPr>
                <w:sz w:val="19"/>
              </w:rPr>
            </w:r>
          </w:p>
        </w:tc>
        <w:tc>
          <w:tcPr>
            <w:tcW w:type="dxa" w:w="2304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2448"/>
          </w:tcPr>
          <w:p>
            <w:pPr>
              <w:jc w:val="center"/>
            </w:pPr>
            <w:r>
              <w:rPr>
                <w:sz w:val="19"/>
              </w:rPr>
              <w:t>Anggota</w:t>
            </w:r>
          </w:p>
        </w:tc>
      </w:tr>
      <w:tr>
        <w:tc>
          <w:tcPr>
            <w:tcW w:type="dxa" w:w="864"/>
            <w:shd w:fill="F8FAFC"/>
          </w:tcPr>
          <w:p>
            <w:pPr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type="dxa" w:w="4032"/>
            <w:shd w:fill="F8FAFC"/>
          </w:tcPr>
          <w:p>
            <w:r>
              <w:rPr>
                <w:sz w:val="19"/>
              </w:rPr>
            </w:r>
          </w:p>
        </w:tc>
        <w:tc>
          <w:tcPr>
            <w:tcW w:type="dxa" w:w="2304"/>
            <w:shd w:fill="F8FAFC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2448"/>
            <w:shd w:fill="F8FAFC"/>
          </w:tcPr>
          <w:p>
            <w:pPr>
              <w:jc w:val="center"/>
            </w:pPr>
            <w:r>
              <w:rPr>
                <w:sz w:val="19"/>
              </w:rPr>
              <w:t>Anggota</w:t>
            </w:r>
          </w:p>
        </w:tc>
      </w:tr>
      <w:tr>
        <w:tc>
          <w:tcPr>
            <w:tcW w:type="dxa" w:w="864"/>
          </w:tcPr>
          <w:p>
            <w:pPr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type="dxa" w:w="4032"/>
          </w:tcPr>
          <w:p>
            <w:r>
              <w:rPr>
                <w:sz w:val="19"/>
              </w:rPr>
            </w:r>
          </w:p>
        </w:tc>
        <w:tc>
          <w:tcPr>
            <w:tcW w:type="dxa" w:w="2304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2448"/>
          </w:tcPr>
          <w:p>
            <w:pPr>
              <w:jc w:val="center"/>
            </w:pPr>
            <w:r>
              <w:rPr>
                <w:sz w:val="19"/>
              </w:rPr>
              <w:t>Anggota</w:t>
            </w:r>
          </w:p>
        </w:tc>
      </w:tr>
      <w:tr>
        <w:tc>
          <w:tcPr>
            <w:tcW w:type="dxa" w:w="864"/>
            <w:shd w:fill="F8FAFC"/>
          </w:tcPr>
          <w:p>
            <w:pPr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type="dxa" w:w="4032"/>
            <w:shd w:fill="F8FAFC"/>
          </w:tcPr>
          <w:p>
            <w:r>
              <w:rPr>
                <w:sz w:val="19"/>
              </w:rPr>
            </w:r>
          </w:p>
        </w:tc>
        <w:tc>
          <w:tcPr>
            <w:tcW w:type="dxa" w:w="2304"/>
            <w:shd w:fill="F8FAFC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2448"/>
            <w:shd w:fill="F8FAFC"/>
          </w:tcPr>
          <w:p>
            <w:pPr>
              <w:jc w:val="center"/>
            </w:pPr>
            <w:r>
              <w:rPr>
                <w:sz w:val="19"/>
              </w:rPr>
              <w:t>Anggota</w:t>
            </w:r>
          </w:p>
        </w:tc>
      </w:tr>
      <w:tr>
        <w:tc>
          <w:tcPr>
            <w:tcW w:type="dxa" w:w="864"/>
          </w:tcPr>
          <w:p>
            <w:pPr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type="dxa" w:w="4032"/>
          </w:tcPr>
          <w:p>
            <w:r>
              <w:rPr>
                <w:sz w:val="19"/>
              </w:rPr>
            </w:r>
          </w:p>
        </w:tc>
        <w:tc>
          <w:tcPr>
            <w:tcW w:type="dxa" w:w="2304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2448"/>
          </w:tcPr>
          <w:p>
            <w:pPr>
              <w:jc w:val="center"/>
            </w:pPr>
            <w:r>
              <w:rPr>
                <w:sz w:val="19"/>
              </w:rPr>
              <w:t>Cadangan</w:t>
            </w:r>
          </w:p>
        </w:tc>
      </w:tr>
      <w:tr>
        <w:tc>
          <w:tcPr>
            <w:tcW w:type="dxa" w:w="864"/>
            <w:shd w:fill="F8FAFC"/>
          </w:tcPr>
          <w:p>
            <w:pPr>
              <w:jc w:val="center"/>
            </w:pPr>
            <w:r>
              <w:rPr>
                <w:sz w:val="19"/>
              </w:rPr>
              <w:t>8</w:t>
            </w:r>
          </w:p>
        </w:tc>
        <w:tc>
          <w:tcPr>
            <w:tcW w:type="dxa" w:w="4032"/>
            <w:shd w:fill="F8FAFC"/>
          </w:tcPr>
          <w:p>
            <w:r>
              <w:rPr>
                <w:sz w:val="19"/>
              </w:rPr>
            </w:r>
          </w:p>
        </w:tc>
        <w:tc>
          <w:tcPr>
            <w:tcW w:type="dxa" w:w="2304"/>
            <w:shd w:fill="F8FAFC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2448"/>
            <w:shd w:fill="F8FAFC"/>
          </w:tcPr>
          <w:p>
            <w:pPr>
              <w:jc w:val="center"/>
            </w:pPr>
            <w:r>
              <w:rPr>
                <w:sz w:val="19"/>
              </w:rPr>
              <w:t>Cadangan</w:t>
            </w:r>
          </w:p>
        </w:tc>
      </w:tr>
    </w:tbl>
    <w:p>
      <w:pPr>
        <w:spacing w:after="280"/>
      </w:pPr>
    </w:p>
    <w:p>
      <w:pPr>
        <w:spacing w:after="80"/>
      </w:pPr>
      <w:r>
        <w:rPr>
          <w:b/>
          <w:color w:val="E11D48"/>
          <w:sz w:val="22"/>
        </w:rPr>
        <w:t>B. DAFTAR ANGGOTA TEAM PUTRI (PI)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1"/>
        <w:gridCol w:w="2401"/>
        <w:gridCol w:w="2401"/>
        <w:gridCol w:w="2401"/>
      </w:tblGrid>
      <w:tr>
        <w:tc>
          <w:tcPr>
            <w:tcW w:type="dxa" w:w="864"/>
            <w:shd w:fill="E11D48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No</w:t>
            </w:r>
          </w:p>
        </w:tc>
        <w:tc>
          <w:tcPr>
            <w:tcW w:type="dxa" w:w="4032"/>
            <w:shd w:fill="E11D48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Nama Lengkap Anggota</w:t>
            </w:r>
          </w:p>
        </w:tc>
        <w:tc>
          <w:tcPr>
            <w:tcW w:type="dxa" w:w="2304"/>
            <w:shd w:fill="E11D48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NISN / No. Induk</w:t>
            </w:r>
          </w:p>
        </w:tc>
        <w:tc>
          <w:tcPr>
            <w:tcW w:type="dxa" w:w="2448"/>
            <w:shd w:fill="E11D48"/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Peran (Ketua/Anggota/Cadangan)</w:t>
            </w:r>
          </w:p>
        </w:tc>
      </w:tr>
      <w:tr>
        <w:tc>
          <w:tcPr>
            <w:tcW w:type="dxa" w:w="864"/>
          </w:tcPr>
          <w:p>
            <w:pPr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type="dxa" w:w="4032"/>
          </w:tcPr>
          <w:p>
            <w:r>
              <w:rPr>
                <w:sz w:val="19"/>
              </w:rPr>
            </w:r>
          </w:p>
        </w:tc>
        <w:tc>
          <w:tcPr>
            <w:tcW w:type="dxa" w:w="2304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2448"/>
          </w:tcPr>
          <w:p>
            <w:pPr>
              <w:jc w:val="center"/>
            </w:pPr>
            <w:r>
              <w:rPr>
                <w:sz w:val="19"/>
              </w:rPr>
              <w:t>Ketua</w:t>
            </w:r>
          </w:p>
        </w:tc>
      </w:tr>
      <w:tr>
        <w:tc>
          <w:tcPr>
            <w:tcW w:type="dxa" w:w="864"/>
            <w:shd w:fill="FFF1F2"/>
          </w:tcPr>
          <w:p>
            <w:pPr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type="dxa" w:w="4032"/>
            <w:shd w:fill="FFF1F2"/>
          </w:tcPr>
          <w:p>
            <w:r>
              <w:rPr>
                <w:sz w:val="19"/>
              </w:rPr>
            </w:r>
          </w:p>
        </w:tc>
        <w:tc>
          <w:tcPr>
            <w:tcW w:type="dxa" w:w="2304"/>
            <w:shd w:fill="FFF1F2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2448"/>
            <w:shd w:fill="FFF1F2"/>
          </w:tcPr>
          <w:p>
            <w:pPr>
              <w:jc w:val="center"/>
            </w:pPr>
            <w:r>
              <w:rPr>
                <w:sz w:val="19"/>
              </w:rPr>
              <w:t>Anggota</w:t>
            </w:r>
          </w:p>
        </w:tc>
      </w:tr>
      <w:tr>
        <w:tc>
          <w:tcPr>
            <w:tcW w:type="dxa" w:w="864"/>
          </w:tcPr>
          <w:p>
            <w:pPr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type="dxa" w:w="4032"/>
          </w:tcPr>
          <w:p>
            <w:r>
              <w:rPr>
                <w:sz w:val="19"/>
              </w:rPr>
            </w:r>
          </w:p>
        </w:tc>
        <w:tc>
          <w:tcPr>
            <w:tcW w:type="dxa" w:w="2304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2448"/>
          </w:tcPr>
          <w:p>
            <w:pPr>
              <w:jc w:val="center"/>
            </w:pPr>
            <w:r>
              <w:rPr>
                <w:sz w:val="19"/>
              </w:rPr>
              <w:t>Anggota</w:t>
            </w:r>
          </w:p>
        </w:tc>
      </w:tr>
      <w:tr>
        <w:tc>
          <w:tcPr>
            <w:tcW w:type="dxa" w:w="864"/>
            <w:shd w:fill="FFF1F2"/>
          </w:tcPr>
          <w:p>
            <w:pPr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type="dxa" w:w="4032"/>
            <w:shd w:fill="FFF1F2"/>
          </w:tcPr>
          <w:p>
            <w:r>
              <w:rPr>
                <w:sz w:val="19"/>
              </w:rPr>
            </w:r>
          </w:p>
        </w:tc>
        <w:tc>
          <w:tcPr>
            <w:tcW w:type="dxa" w:w="2304"/>
            <w:shd w:fill="FFF1F2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2448"/>
            <w:shd w:fill="FFF1F2"/>
          </w:tcPr>
          <w:p>
            <w:pPr>
              <w:jc w:val="center"/>
            </w:pPr>
            <w:r>
              <w:rPr>
                <w:sz w:val="19"/>
              </w:rPr>
              <w:t>Anggota</w:t>
            </w:r>
          </w:p>
        </w:tc>
      </w:tr>
      <w:tr>
        <w:tc>
          <w:tcPr>
            <w:tcW w:type="dxa" w:w="864"/>
          </w:tcPr>
          <w:p>
            <w:pPr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type="dxa" w:w="4032"/>
          </w:tcPr>
          <w:p>
            <w:r>
              <w:rPr>
                <w:sz w:val="19"/>
              </w:rPr>
            </w:r>
          </w:p>
        </w:tc>
        <w:tc>
          <w:tcPr>
            <w:tcW w:type="dxa" w:w="2304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2448"/>
          </w:tcPr>
          <w:p>
            <w:pPr>
              <w:jc w:val="center"/>
            </w:pPr>
            <w:r>
              <w:rPr>
                <w:sz w:val="19"/>
              </w:rPr>
              <w:t>Anggota</w:t>
            </w:r>
          </w:p>
        </w:tc>
      </w:tr>
      <w:tr>
        <w:tc>
          <w:tcPr>
            <w:tcW w:type="dxa" w:w="864"/>
            <w:shd w:fill="FFF1F2"/>
          </w:tcPr>
          <w:p>
            <w:pPr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type="dxa" w:w="4032"/>
            <w:shd w:fill="FFF1F2"/>
          </w:tcPr>
          <w:p>
            <w:r>
              <w:rPr>
                <w:sz w:val="19"/>
              </w:rPr>
            </w:r>
          </w:p>
        </w:tc>
        <w:tc>
          <w:tcPr>
            <w:tcW w:type="dxa" w:w="2304"/>
            <w:shd w:fill="FFF1F2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2448"/>
            <w:shd w:fill="FFF1F2"/>
          </w:tcPr>
          <w:p>
            <w:pPr>
              <w:jc w:val="center"/>
            </w:pPr>
            <w:r>
              <w:rPr>
                <w:sz w:val="19"/>
              </w:rPr>
              <w:t>Anggota</w:t>
            </w:r>
          </w:p>
        </w:tc>
      </w:tr>
      <w:tr>
        <w:tc>
          <w:tcPr>
            <w:tcW w:type="dxa" w:w="864"/>
          </w:tcPr>
          <w:p>
            <w:pPr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type="dxa" w:w="4032"/>
          </w:tcPr>
          <w:p>
            <w:r>
              <w:rPr>
                <w:sz w:val="19"/>
              </w:rPr>
            </w:r>
          </w:p>
        </w:tc>
        <w:tc>
          <w:tcPr>
            <w:tcW w:type="dxa" w:w="2304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2448"/>
          </w:tcPr>
          <w:p>
            <w:pPr>
              <w:jc w:val="center"/>
            </w:pPr>
            <w:r>
              <w:rPr>
                <w:sz w:val="19"/>
              </w:rPr>
              <w:t>Cadangan</w:t>
            </w:r>
          </w:p>
        </w:tc>
      </w:tr>
      <w:tr>
        <w:tc>
          <w:tcPr>
            <w:tcW w:type="dxa" w:w="864"/>
            <w:shd w:fill="FFF1F2"/>
          </w:tcPr>
          <w:p>
            <w:pPr>
              <w:jc w:val="center"/>
            </w:pPr>
            <w:r>
              <w:rPr>
                <w:sz w:val="19"/>
              </w:rPr>
              <w:t>8</w:t>
            </w:r>
          </w:p>
        </w:tc>
        <w:tc>
          <w:tcPr>
            <w:tcW w:type="dxa" w:w="4032"/>
            <w:shd w:fill="FFF1F2"/>
          </w:tcPr>
          <w:p>
            <w:r>
              <w:rPr>
                <w:sz w:val="19"/>
              </w:rPr>
            </w:r>
          </w:p>
        </w:tc>
        <w:tc>
          <w:tcPr>
            <w:tcW w:type="dxa" w:w="2304"/>
            <w:shd w:fill="FFF1F2"/>
          </w:tcPr>
          <w:p>
            <w:pPr>
              <w:jc w:val="center"/>
            </w:pPr>
            <w:r>
              <w:rPr>
                <w:sz w:val="19"/>
              </w:rPr>
            </w:r>
          </w:p>
        </w:tc>
        <w:tc>
          <w:tcPr>
            <w:tcW w:type="dxa" w:w="2448"/>
            <w:shd w:fill="FFF1F2"/>
          </w:tcPr>
          <w:p>
            <w:pPr>
              <w:jc w:val="center"/>
            </w:pPr>
            <w:r>
              <w:rPr>
                <w:sz w:val="19"/>
              </w:rPr>
              <w:t>Cadangan</w:t>
            </w:r>
          </w:p>
        </w:tc>
      </w:tr>
    </w:tbl>
    <w:sectPr w:rsidR="00FC693F" w:rsidRPr="0006063C" w:rsidSect="00034616">
      <w:pgSz w:w="11909" w:h="16834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